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Yu Gothic" w:hAnsi="Yu Gothic" w:eastAsia="Yu Gothic"/>
          <w:b/>
          <w:sz w:val="34"/>
        </w:rPr>
        <w:t>NIGHT FLIGHT</w:t>
      </w:r>
    </w:p>
    <w:p>
      <w:pPr>
        <w:spacing w:after="80" w:line="300" w:lineRule="auto"/>
        <w:jc w:val="center"/>
      </w:pPr>
      <w:r>
        <w:rPr>
          <w:rFonts w:ascii="Yu Gothic" w:hAnsi="Yu Gothic" w:eastAsia="Yu Gothic"/>
          <w:b/>
          <w:i w:val="0"/>
          <w:sz w:val="32"/>
        </w:rPr>
        <w:t>📡 Chapter 4</w:t>
      </w:r>
    </w:p>
    <w:p>
      <w:pPr>
        <w:spacing w:after="160" w:line="300" w:lineRule="auto"/>
        <w:jc w:val="center"/>
      </w:pPr>
      <w:r>
        <w:rPr>
          <w:rFonts w:ascii="Yu Gothic" w:hAnsi="Yu Gothic" w:eastAsia="Yu Gothic"/>
          <w:b/>
          <w:i w:val="0"/>
          <w:sz w:val="56"/>
        </w:rPr>
        <w:t>レーダーを見る</w:t>
      </w:r>
    </w:p>
    <w:p>
      <w:pPr>
        <w:spacing w:after="400" w:line="300" w:lineRule="auto"/>
        <w:jc w:val="center"/>
      </w:pPr>
      <w:r>
        <w:rPr>
          <w:rFonts w:ascii="Yu Gothic" w:hAnsi="Yu Gothic" w:eastAsia="Yu Gothic"/>
          <w:b w:val="0"/>
          <w:i w:val="0"/>
          <w:sz w:val="26"/>
        </w:rPr>
        <w:t>― 見えない資金を、数字の変化から探す ―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市場の資金そのものは見えない。</w:t>
        <w:br/>
        <w:t>でも、通過した「跡」は数字に残る。</w:t>
      </w:r>
    </w:p>
    <w:p>
      <w:pPr>
        <w:spacing w:after="400" w:line="300" w:lineRule="auto"/>
        <w:jc w:val="center"/>
      </w:pPr>
      <w:r>
        <w:rPr>
          <w:rFonts w:ascii="Yu Gothic" w:hAnsi="Yu Gothic" w:eastAsia="Yu Gothic"/>
          <w:b w:val="0"/>
          <w:i w:val="0"/>
          <w:sz w:val="22"/>
        </w:rPr>
        <w:t>株価・出来高・Vol_ratio・VWAP・関連銘柄の広がり。</w:t>
        <w:br/>
        <w:t>Chapter 4では、それらを市場を見る「レーダー」として考えます。</w:t>
      </w:r>
    </w:p>
    <w:p>
      <w:pPr>
        <w:spacing w:after="120" w:line="300" w:lineRule="auto"/>
        <w:jc w:val="center"/>
      </w:pPr>
      <w:r>
        <w:rPr>
          <w:rFonts w:ascii="Yu Gothic" w:hAnsi="Yu Gothic" w:eastAsia="Yu Gothic"/>
          <w:b/>
          <w:i w:val="0"/>
          <w:sz w:val="22"/>
        </w:rPr>
        <w:t>人は考える。AIは検証する。</w:t>
      </w:r>
    </w:p>
    <w:p>
      <w:r>
        <w:br w:type="page"/>
      </w:r>
    </w:p>
    <w:p>
      <w:pPr>
        <w:pStyle w:val="Heading1"/>
        <w:spacing w:before="200" w:after="120"/>
      </w:pPr>
      <w:r>
        <w:t>はじめに｜レーダーは答えを教えない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Chapter 3では、市場のお金がどこからどこへ移動するのかを考えてきました。ところが市場には、本物の飛行機のように「私はいま銀行株へ向かっています」と表示してくれる資金はありません。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それでも、資金が通過した痕跡は残ります。株価、出来高、VWAP、値動き、そして関連銘柄やセクターへの広がりです。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レーダーは「答えを教える機械」ではありません。</w:t>
        <w:br/>
        <w:t>「どこを調べればいいか」を教えてくれる機械です。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この章では、難しい専門用語から始めません。まず「なぜ、その数字を見る必要があるの？」から出発します。</w:t>
      </w:r>
    </w:p>
    <w:p>
      <w:pPr>
        <w:pStyle w:val="Heading1"/>
        <w:spacing w:before="200" w:after="120"/>
      </w:pPr>
      <w:r>
        <w:t>01｜「100万株」は多いの？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株価の画面を見ると、「出来高 1,000,000株」と表示されていました。では、100万株は多いのでしょうか？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実は、これだけでは分かりません。普段10万株しか取引されない銘柄なら100万株は大きな変化です。しかし、普段1,000万株取引される銘柄なら、100万株はむしろ少ないかもしれません。</w:t>
      </w:r>
    </w:p>
    <w:p>
      <w:pPr>
        <w:pStyle w:val="Heading2"/>
        <w:spacing w:before="200" w:after="120"/>
      </w:pPr>
      <w:r>
        <w:t>✈️ 空港で考えてみよう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いつも10機ほど飛ぶ小さな空港に、今日は100機の飛行機が来た。これは「今日は何か違うぞ」と感じます。一方、いつも1,000機飛ぶ巨大空港で100機しか飛んでいなければ、「今日は少ないな」と感じます。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出来高は、数字の大きさだけでは分からない。</w:t>
        <w:br/>
        <w:t>「いつもと比べてどうなの？」が最初の問い。</w:t>
      </w:r>
    </w:p>
    <w:p>
      <w:pPr>
        <w:pStyle w:val="Heading1"/>
        <w:spacing w:before="200" w:after="120"/>
      </w:pPr>
      <w:r>
        <w:t>02｜出来高 ― 飛行機の数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NIGHT FLIGHTでは、出来高を「空を飛んでいる飛行機の数」のように考えます。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いつもより出来高が増えたら、レーダーが「ピッ」と反応した状態です。でも、ここで「買いだ！」とは言いません。飛行機が多いことは分かっても、どちらへ向かっているのかはまだ分からないからです。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株価上昇＋出来高増加なら「買う側の活動が強くなっているのかな？」。株価下落＋出来高急増なら「大きな売りが出ているのかな？」。どちらも、まだ仮説です。</w:t>
      </w:r>
    </w:p>
    <w:p>
      <w:pPr>
        <w:pStyle w:val="Heading1"/>
        <w:spacing w:before="200" w:after="120"/>
      </w:pPr>
      <w:r>
        <w:t>03｜今日は、いつもの何倍？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では、「今日はいつもより出来高が多い」を、もっと簡単に表せないでしょうか。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たとえば同じ時間までの出来高が、いつも100万株、今日は150万株だったとします。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150万 ÷ 100万 ＝ 1.5</w:t>
        <w:br/>
        <w:t>つまり、今日は「いつもの1.5倍」。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この「いつもと比べて何倍か」を見る数字を、NIGHT FLIGHTでは Vol_ratio（出来高比率）として観測します。</w:t>
      </w:r>
    </w:p>
    <w:p>
      <w:pPr>
        <w:pStyle w:val="Heading1"/>
        <w:spacing w:before="200" w:after="120"/>
      </w:pPr>
      <w:r>
        <w:t>04｜Vol_ratio ― 今日はいつもの空と違う？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Vol_ratio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読み方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1.0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いつもとだいたい同じ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1.2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いつもの1.2倍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1.5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いつもの1.5倍</w:t>
            </w:r>
          </w:p>
        </w:tc>
      </w:tr>
      <w:tr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2.0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Yu Gothic" w:hAnsi="Yu Gothic" w:eastAsia="Yu Gothic"/>
                <w:sz w:val="20"/>
              </w:rPr>
              <w:t>いつもの2倍</w:t>
            </w:r>
          </w:p>
        </w:tc>
      </w:tr>
    </w:tbl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Vol_ratio 1.5 → 「おや？ 今日はいつもの空と少し違うぞ」📡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ただし、Vol_ratio 1.5 ＝ 株価が上がる、ではありません。Vol_ratioは「買え！」という売買シグナルではなく、「何か違う。よく見てみよう」という警報装置です。</w:t>
      </w:r>
    </w:p>
    <w:p>
      <w:pPr>
        <w:pStyle w:val="Heading1"/>
        <w:spacing w:before="200" w:after="120"/>
      </w:pPr>
      <w:r>
        <w:t>05｜VWAP ― 今日の基準高度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レーダーに反応が出ました。次に知りたいのは、その飛行機がどのあたりを飛んでいるのかです。ここでVWAPが登場します。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VWAP ＝ 今日、市場参加者が取引した価格の中心を示す一つの目安。</w:t>
        <w:br/>
        <w:t>NIGHT FLIGHTでは「今日の基準高度」と考えます。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株価がVWAPより上を安定して飛んでいるなら、「基準高度より上で飛んでいるな」。何度もVWAPを割り込むなら、「高度を維持できていないな」と観測できます。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VWAPまで下がる → そこで反発する → 再び上昇する、という動きなら、「VWAP付近を意識している参加者がいるのかな？」という新しい問いが生まれます。</w:t>
      </w:r>
    </w:p>
    <w:p>
      <w:pPr>
        <w:pStyle w:val="Heading1"/>
        <w:spacing w:before="200" w:after="120"/>
      </w:pPr>
      <w:r>
        <w:t>06｜一機だけ？ それとも編隊？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半導体A社だけが上昇し、出来高も急増した。それだけならA社固有のニュースかもしれません。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ところが、B社も上昇、C社も出来高増加、半導体指数まで上昇してきた。するとレーダーには一機ではなく、複数の機影が映り始めます。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一機ではない。編隊になっている。</w:t>
        <w:br/>
        <w:t>点 → 線 → 面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一銘柄の異変が関連銘柄へ、さらにセクター全体へ広がる。ここでChapter 3の「このセクターへ資金が向かっているのではないか？」という仮説を、Chapter 4のレーダーで確かめられるようになります。</w:t>
      </w:r>
    </w:p>
    <w:p>
      <w:pPr>
        <w:pStyle w:val="Heading1"/>
        <w:spacing w:before="200" w:after="120"/>
      </w:pPr>
      <w:r>
        <w:t>07｜レーダーの基本操作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出来高だけで決めない。Vol_ratioだけでも決めない。VWAPだけでも決めない。一つの数字から答えを出すのではなく、別の数字や周囲の銘柄を使って仮説を確かめます。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📡 SIGNAL → QUESTION → HYPOTHESIS → VERIFY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ステップ</w:t>
            </w:r>
          </w:p>
        </w:tc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考えること</w:t>
            </w:r>
          </w:p>
        </w:tc>
      </w:tr>
      <w:tr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SIGNAL｜反応</w:t>
            </w:r>
          </w:p>
        </w:tc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あれ？ いつもと違う</w:t>
            </w:r>
          </w:p>
        </w:tc>
      </w:tr>
      <w:tr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QUESTION｜疑問</w:t>
            </w:r>
          </w:p>
        </w:tc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なぜだろう？</w:t>
            </w:r>
          </w:p>
        </w:tc>
      </w:tr>
      <w:tr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HYPOTHESIS｜仮説</w:t>
            </w:r>
          </w:p>
        </w:tc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もしかすると資金が入っている？</w:t>
            </w:r>
          </w:p>
        </w:tc>
      </w:tr>
      <w:tr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VERIFY｜検証</w:t>
            </w:r>
          </w:p>
        </w:tc>
        <w:tc>
          <w:tcPr>
            <w:tcW w:type="dxa" w:w="4968"/>
          </w:tcPr>
          <w:p>
            <w:r>
              <w:rPr>
                <w:rFonts w:ascii="Yu Gothic" w:hAnsi="Yu Gothic" w:eastAsia="Yu Gothic"/>
                <w:sz w:val="19"/>
              </w:rPr>
              <w:t>別の数字・関連銘柄でも確かめよう</w:t>
            </w:r>
          </w:p>
        </w:tc>
      </w:tr>
    </w:tbl>
    <w:p>
      <w:pPr>
        <w:pStyle w:val="Heading1"/>
        <w:spacing w:before="200" w:after="120"/>
      </w:pPr>
      <w:r>
        <w:t>🟢 初級チェック｜レーダー係になってみよう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A社は、いつも午前10時までに出来高100万株ほどです。ところが今日は、午前10時の時点で150万株になっていました。</w:t>
      </w:r>
    </w:p>
    <w:p>
      <w:pPr>
        <w:spacing w:after="120" w:line="300" w:lineRule="auto"/>
      </w:pPr>
      <w:r>
        <w:rPr>
          <w:rFonts w:ascii="Yu Gothic" w:hAnsi="Yu Gothic" w:eastAsia="Yu Gothic"/>
          <w:b/>
          <w:i w:val="0"/>
        </w:rPr>
        <w:t>あなたなら、どちらを選びますか？</w:t>
      </w:r>
    </w:p>
    <w:p>
      <w:pPr>
        <w:spacing w:after="120" w:line="300" w:lineRule="auto"/>
      </w:pPr>
      <w:r>
        <w:rPr>
          <w:rFonts w:ascii="Yu Gothic" w:hAnsi="Yu Gothic" w:eastAsia="Yu Gothic"/>
          <w:b/>
          <w:i w:val="0"/>
        </w:rPr>
        <w:t>A｜150万株だから買いだ！</w:t>
      </w:r>
    </w:p>
    <w:p>
      <w:pPr>
        <w:spacing w:after="120" w:line="300" w:lineRule="auto"/>
      </w:pPr>
      <w:r>
        <w:rPr>
          <w:rFonts w:ascii="Yu Gothic" w:hAnsi="Yu Gothic" w:eastAsia="Yu Gothic"/>
          <w:b/>
          <w:i w:val="0"/>
        </w:rPr>
        <w:t>B｜いつもの100万株より多い。何かあるのかな？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答えは B。</w:t>
        <w:br/>
        <w:t>まだ売買を決めない。まず「なぜ今日は多いのだろう？」と考える。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そして、いつもの100万株に対して今日は150万株なら、Vol_ratioは1.5。ここから株価、VWAP、関連銘柄へとレーダーの範囲を広げていきます。</w:t>
      </w:r>
    </w:p>
    <w:p>
      <w:pPr>
        <w:pStyle w:val="Heading1"/>
        <w:spacing w:before="200" w:after="120"/>
      </w:pPr>
      <w:r>
        <w:t>✈️ Chapter 5へ｜高度と速度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レーダーに何かが映りました。出来高が増え、Vol_ratioも高い。株価はVWAPより上で、関連銘柄にも動きが広がっている。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では、その飛行機は本当に力強く上昇しているのでしょうか。それとも、すでに勢いを失い始めているのでしょうか。</w:t>
      </w:r>
    </w:p>
    <w:p>
      <w:pPr>
        <w:spacing w:before="100" w:after="160"/>
        <w:ind w:left="504" w:right="360"/>
      </w:pPr>
      <w:r>
        <w:rPr>
          <w:rFonts w:ascii="Yu Gothic" w:hAnsi="Yu Gothic" w:eastAsia="Yu Gothic"/>
          <w:b/>
          <w:sz w:val="24"/>
        </w:rPr>
        <w:t>次に見るのは「高度」と「速度」。</w:t>
        <w:br/>
        <w:t>株価・騰落率・モメンタムへ。</w:t>
      </w:r>
    </w:p>
    <w:p>
      <w:pPr>
        <w:spacing w:after="120" w:line="300" w:lineRule="auto"/>
      </w:pPr>
      <w:r>
        <w:rPr>
          <w:rFonts w:ascii="Yu Gothic" w:hAnsi="Yu Gothic" w:eastAsia="Yu Gothic"/>
          <w:b w:val="0"/>
          <w:i w:val="0"/>
        </w:rPr>
        <w:t>モメンタムとは、難しく言えば値動きの勢い。NIGHT FLIGHTではまず、「いま、その株に勢いがあるの？」と考えれば十分です。</w:t>
      </w:r>
    </w:p>
    <w:p>
      <w:pPr>
        <w:spacing w:after="360" w:line="300" w:lineRule="auto"/>
        <w:jc w:val="center"/>
      </w:pPr>
      <w:r>
        <w:rPr>
          <w:rFonts w:ascii="Yu Gothic" w:hAnsi="Yu Gothic" w:eastAsia="Yu Gothic"/>
          <w:b/>
          <w:i w:val="0"/>
        </w:rPr>
        <w:t>次章：Chapter 5｜高度と速度 ― 株価・騰落率・モメンタム ―</w:t>
      </w:r>
    </w:p>
    <w:p>
      <w:pPr>
        <w:spacing w:after="120" w:line="300" w:lineRule="auto"/>
        <w:jc w:val="center"/>
      </w:pPr>
      <w:r>
        <w:rPr>
          <w:rFonts w:ascii="Yu Gothic" w:hAnsi="Yu Gothic" w:eastAsia="Yu Gothic"/>
          <w:b/>
          <w:i w:val="0"/>
        </w:rPr>
        <w:t>NIGHT FLIGHT</w:t>
        <w:br/>
        <w:t>人は考える。AIは検証する。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Yu Gothic"/>
        <w:sz w:val="16"/>
      </w:rPr>
      <w:t>NIGHT FLIGHT  |  Chapter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