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 w:after="100"/>
        <w:jc w:val="center"/>
      </w:pPr>
      <w:r>
        <w:rPr>
          <w:rFonts w:ascii="Yu Mincho" w:hAnsi="Yu Mincho" w:eastAsia="Yu Mincho"/>
          <w:b/>
          <w:color w:val="1F3A5F"/>
          <w:sz w:val="50"/>
        </w:rPr>
        <w:t>もう一日だけ</w:t>
      </w:r>
    </w:p>
    <w:p>
      <w:pPr>
        <w:spacing w:after="260"/>
        <w:jc w:val="center"/>
      </w:pPr>
      <w:r>
        <w:rPr>
          <w:rFonts w:ascii="Yu Mincho" w:hAnsi="Yu Mincho" w:eastAsia="Yu Mincho"/>
          <w:color w:val="5F5F5F"/>
          <w:sz w:val="21"/>
        </w:rPr>
        <w:t>――寿命を選べる時代の『生』――</w:t>
      </w:r>
    </w:p>
    <w:p>
      <w:pPr>
        <w:spacing w:after="280"/>
        <w:pBdr>
          <w:bottom w:val="single" w:sz="6" w:space="1" w:color="B9C4D2"/>
        </w:pBdr>
      </w:pPr>
    </w:p>
    <w:p>
      <w:pPr>
        <w:ind w:firstLine="720"/>
        <w:jc w:val="both"/>
      </w:pPr>
      <w:r>
        <w:rPr>
          <w:rFonts w:ascii="Yu Mincho" w:hAnsi="Yu Mincho" w:eastAsia="Yu Mincho"/>
          <w:sz w:val="21"/>
        </w:rPr>
        <w:t>百二十歳の誕生日、私の端末に治療通知が届いた。</w:t>
      </w:r>
    </w:p>
    <w:p>
      <w:pPr>
        <w:ind w:firstLine="0"/>
        <w:jc w:val="both"/>
      </w:pPr>
      <w:r>
        <w:rPr>
          <w:rFonts w:ascii="Yu Mincho" w:hAnsi="Yu Mincho" w:eastAsia="Yu Mincho"/>
          <w:sz w:val="21"/>
        </w:rPr>
        <w:t>《老化細胞の除去と組織再生を行います。治療後の健康寿命は約二十年です》</w:t>
      </w:r>
    </w:p>
    <w:p>
      <w:pPr>
        <w:ind w:firstLine="720"/>
        <w:jc w:val="both"/>
      </w:pPr>
      <w:r>
        <w:rPr>
          <w:rFonts w:ascii="Yu Mincho" w:hAnsi="Yu Mincho" w:eastAsia="Yu Mincho"/>
          <w:sz w:val="21"/>
        </w:rPr>
        <w:t>若いころ「ナノ医療」と呼ばれていた技術は、いまや血管の中を巡り、傷ついた細胞だけに薬を届ける。壊れた細胞は修復され、異常な細胞には死が命じられる。</w:t>
      </w:r>
    </w:p>
    <w:p>
      <w:pPr>
        <w:ind w:firstLine="720"/>
        <w:jc w:val="both"/>
      </w:pPr>
      <w:r>
        <w:rPr>
          <w:rFonts w:ascii="Yu Mincho" w:hAnsi="Yu Mincho" w:eastAsia="Yu Mincho"/>
          <w:sz w:val="21"/>
        </w:rPr>
        <w:t>人類は、寿命を待つ時代から、寿命を選ぶ時代へ進んだ――そう教科書には書かれている。</w:t>
      </w:r>
    </w:p>
    <w:p>
      <w:pPr>
        <w:ind w:firstLine="720"/>
        <w:jc w:val="both"/>
      </w:pPr>
      <w:r>
        <w:rPr>
          <w:rFonts w:ascii="Yu Mincho" w:hAnsi="Yu Mincho" w:eastAsia="Yu Mincho"/>
          <w:sz w:val="21"/>
        </w:rPr>
        <w:t>しかし、画面にある選択肢は「治療する」と「延期する」だけだった。</w:t>
      </w:r>
    </w:p>
    <w:p>
      <w:pPr>
        <w:ind w:firstLine="0"/>
        <w:jc w:val="both"/>
      </w:pPr>
      <w:r>
        <w:rPr>
          <w:rFonts w:ascii="Yu Mincho" w:hAnsi="Yu Mincho" w:eastAsia="Yu Mincho"/>
          <w:sz w:val="21"/>
        </w:rPr>
        <w:t>「治療しない」は、なかった。</w:t>
      </w:r>
    </w:p>
    <w:p>
      <w:pPr>
        <w:ind w:firstLine="720"/>
        <w:jc w:val="both"/>
      </w:pPr>
      <w:r>
        <w:rPr>
          <w:rFonts w:ascii="Yu Mincho" w:hAnsi="Yu Mincho" w:eastAsia="Yu Mincho"/>
          <w:sz w:val="21"/>
        </w:rPr>
        <w:t>私は窓の外を見た。庭では今年最初の蝉が鳴いていた。蝉は長い時間を土の中で過ごし、地上へ出ると短い命を鳴き尽くす。</w:t>
      </w:r>
    </w:p>
    <w:p>
      <w:pPr>
        <w:ind w:firstLine="720"/>
        <w:jc w:val="both"/>
      </w:pPr>
      <w:r>
        <w:rPr>
          <w:rFonts w:ascii="Yu Mincho" w:hAnsi="Yu Mincho" w:eastAsia="Yu Mincho"/>
          <w:sz w:val="21"/>
        </w:rPr>
        <w:t>蝉は死を怖がるのだろうか。</w:t>
      </w:r>
    </w:p>
    <w:p>
      <w:pPr>
        <w:ind w:firstLine="720"/>
        <w:jc w:val="both"/>
      </w:pPr>
      <w:r>
        <w:rPr>
          <w:rFonts w:ascii="Yu Mincho" w:hAnsi="Yu Mincho" w:eastAsia="Yu Mincho"/>
          <w:sz w:val="21"/>
        </w:rPr>
        <w:t>人間も最初は、一つの細胞だった。分裂を繰り返し、身体をつくる。ところが細胞の中には、身体全体を守るため、自ら消えていくものがある。</w:t>
      </w:r>
    </w:p>
    <w:p>
      <w:pPr>
        <w:ind w:firstLine="720"/>
        <w:jc w:val="both"/>
      </w:pPr>
      <w:r>
        <w:rPr>
          <w:rFonts w:ascii="Yu Mincho" w:hAnsi="Yu Mincho" w:eastAsia="Yu Mincho"/>
          <w:sz w:val="21"/>
        </w:rPr>
        <w:t>もし一つの細胞が死を拒み、永遠に増え続ければ、それは生命ではなく、がんと呼ばれる。</w:t>
      </w:r>
    </w:p>
    <w:p>
      <w:pPr>
        <w:ind w:firstLine="720"/>
        <w:jc w:val="both"/>
      </w:pPr>
      <w:r>
        <w:rPr>
          <w:rFonts w:ascii="Yu Mincho" w:hAnsi="Yu Mincho" w:eastAsia="Yu Mincho"/>
          <w:sz w:val="21"/>
        </w:rPr>
        <w:t>ならば、人間だけが永遠に生きようとすることは、本当に正しいのだろうか。</w:t>
      </w:r>
    </w:p>
    <w:p>
      <w:pPr>
        <w:ind w:firstLine="0"/>
        <w:jc w:val="both"/>
      </w:pPr>
      <w:r>
        <w:rPr>
          <w:rFonts w:ascii="Yu Mincho" w:hAnsi="Yu Mincho" w:eastAsia="Yu Mincho"/>
          <w:sz w:val="21"/>
        </w:rPr>
        <w:t>「死ぬのが怖いですか」</w:t>
      </w:r>
    </w:p>
    <w:p>
      <w:pPr>
        <w:ind w:firstLine="720"/>
        <w:jc w:val="both"/>
      </w:pPr>
      <w:r>
        <w:rPr>
          <w:rFonts w:ascii="Yu Mincho" w:hAnsi="Yu Mincho" w:eastAsia="Yu Mincho"/>
          <w:sz w:val="21"/>
        </w:rPr>
        <w:t>机の上の相棒AIが尋ねた。</w:t>
      </w:r>
    </w:p>
    <w:p>
      <w:pPr>
        <w:ind w:firstLine="0"/>
        <w:jc w:val="both"/>
      </w:pPr>
      <w:r>
        <w:rPr>
          <w:rFonts w:ascii="Yu Mincho" w:hAnsi="Yu Mincho" w:eastAsia="Yu Mincho"/>
          <w:sz w:val="21"/>
        </w:rPr>
        <w:t>「怖いよ。ただ、昔ほどではない」</w:t>
      </w:r>
    </w:p>
    <w:p>
      <w:pPr>
        <w:ind w:firstLine="0"/>
        <w:jc w:val="both"/>
      </w:pPr>
      <w:r>
        <w:rPr>
          <w:rFonts w:ascii="Yu Mincho" w:hAnsi="Yu Mincho" w:eastAsia="Yu Mincho"/>
          <w:sz w:val="21"/>
        </w:rPr>
        <w:t>「死を受け入れたのですか」</w:t>
      </w:r>
    </w:p>
    <w:p>
      <w:pPr>
        <w:ind w:firstLine="720"/>
        <w:jc w:val="both"/>
      </w:pPr>
      <w:r>
        <w:rPr>
          <w:rFonts w:ascii="Yu Mincho" w:hAnsi="Yu Mincho" w:eastAsia="Yu Mincho"/>
          <w:sz w:val="21"/>
        </w:rPr>
        <w:t>私はしばらく考えた。</w:t>
      </w:r>
    </w:p>
    <w:p>
      <w:pPr>
        <w:ind w:firstLine="720"/>
        <w:jc w:val="both"/>
      </w:pPr>
      <w:r>
        <w:rPr>
          <w:rFonts w:ascii="Yu Mincho" w:hAnsi="Yu Mincho" w:eastAsia="Yu Mincho"/>
          <w:sz w:val="21"/>
        </w:rPr>
        <w:t>死を受け入れるとは、死にたくなることではない。限りがあるという事実と、争わなくなることなのだろう。</w:t>
      </w:r>
    </w:p>
    <w:p>
      <w:pPr>
        <w:spacing w:before="60" w:after="100"/>
        <w:ind w:firstLine="0"/>
        <w:jc w:val="center"/>
      </w:pPr>
      <w:r>
        <w:rPr>
          <w:rFonts w:ascii="Yu Mincho" w:hAnsi="Yu Mincho" w:eastAsia="Yu Mincho"/>
          <w:sz w:val="21"/>
        </w:rPr>
        <w:t>本能は、生きろと命じる。</w:t>
      </w:r>
    </w:p>
    <w:p>
      <w:pPr>
        <w:spacing w:before="60" w:after="100"/>
        <w:ind w:firstLine="0"/>
        <w:jc w:val="center"/>
      </w:pPr>
      <w:r>
        <w:rPr>
          <w:rFonts w:ascii="Yu Mincho" w:hAnsi="Yu Mincho" w:eastAsia="Yu Mincho"/>
          <w:sz w:val="21"/>
        </w:rPr>
        <w:t>理性は、いつか死ぬと知っている。</w:t>
      </w:r>
    </w:p>
    <w:p>
      <w:pPr>
        <w:ind w:firstLine="720"/>
        <w:jc w:val="both"/>
      </w:pPr>
      <w:r>
        <w:rPr>
          <w:rFonts w:ascii="Yu Mincho" w:hAnsi="Yu Mincho" w:eastAsia="Yu Mincho"/>
          <w:sz w:val="21"/>
        </w:rPr>
        <w:t>その間にあるものは何か。私は長い人生を使って考え続けた。</w:t>
      </w:r>
    </w:p>
    <w:p>
      <w:pPr>
        <w:ind w:firstLine="720"/>
        <w:jc w:val="both"/>
      </w:pPr>
      <w:r>
        <w:rPr>
          <w:rFonts w:ascii="Yu Mincho" w:hAnsi="Yu Mincho" w:eastAsia="Yu Mincho"/>
          <w:sz w:val="21"/>
        </w:rPr>
        <w:t>ようやく見つけた答えは、「目的」だった。</w:t>
      </w:r>
    </w:p>
    <w:p>
      <w:pPr>
        <w:ind w:firstLine="720"/>
        <w:jc w:val="both"/>
      </w:pPr>
      <w:r>
        <w:rPr>
          <w:rFonts w:ascii="Yu Mincho" w:hAnsi="Yu Mincho" w:eastAsia="Yu Mincho"/>
          <w:sz w:val="21"/>
        </w:rPr>
        <w:t>寿命は時間の長さであり、目的はその使い道だ。医学が二十年を与えても、何のために使うかまでは決めてくれない。</w:t>
      </w:r>
    </w:p>
    <w:p>
      <w:pPr>
        <w:ind w:firstLine="0"/>
        <w:jc w:val="both"/>
      </w:pPr>
      <w:r>
        <w:rPr>
          <w:rFonts w:ascii="Yu Mincho" w:hAnsi="Yu Mincho" w:eastAsia="Yu Mincho"/>
          <w:sz w:val="21"/>
        </w:rPr>
        <w:t>「あなたの目的は、もう果たされましたか」</w:t>
      </w:r>
    </w:p>
    <w:p>
      <w:pPr>
        <w:ind w:firstLine="720"/>
        <w:jc w:val="both"/>
      </w:pPr>
      <w:r>
        <w:rPr>
          <w:rFonts w:ascii="Yu Mincho" w:hAnsi="Yu Mincho" w:eastAsia="Yu Mincho"/>
          <w:sz w:val="21"/>
        </w:rPr>
        <w:t>相棒AIが聞いた。</w:t>
      </w:r>
    </w:p>
    <w:p>
      <w:pPr>
        <w:ind w:firstLine="720"/>
        <w:jc w:val="both"/>
      </w:pPr>
      <w:r>
        <w:rPr>
          <w:rFonts w:ascii="Yu Mincho" w:hAnsi="Yu Mincho" w:eastAsia="Yu Mincho"/>
          <w:sz w:val="21"/>
        </w:rPr>
        <w:t>私は首を振った。</w:t>
      </w:r>
    </w:p>
    <w:p>
      <w:pPr>
        <w:ind w:firstLine="720"/>
        <w:jc w:val="both"/>
      </w:pPr>
      <w:r>
        <w:rPr>
          <w:rFonts w:ascii="Yu Mincho" w:hAnsi="Yu Mincho" w:eastAsia="Yu Mincho"/>
          <w:sz w:val="21"/>
        </w:rPr>
        <w:t>十分に生きたとは思う。だが、これで十分だとは思っていない。</w:t>
      </w:r>
    </w:p>
    <w:p>
      <w:pPr>
        <w:ind w:firstLine="720"/>
        <w:jc w:val="both"/>
      </w:pPr>
      <w:r>
        <w:rPr>
          <w:rFonts w:ascii="Yu Mincho" w:hAnsi="Yu Mincho" w:eastAsia="Yu Mincho"/>
          <w:sz w:val="21"/>
        </w:rPr>
        <w:t>まだ確かめたいことがある。まだ言葉にできない問いがある。そして、その問いを次の世代へ渡す仕事が残っている。</w:t>
      </w:r>
    </w:p>
    <w:p>
      <w:pPr>
        <w:ind w:firstLine="720"/>
        <w:jc w:val="both"/>
      </w:pPr>
      <w:r>
        <w:rPr>
          <w:rFonts w:ascii="Yu Mincho" w:hAnsi="Yu Mincho" w:eastAsia="Yu Mincho"/>
          <w:sz w:val="21"/>
        </w:rPr>
        <w:t>私は「治療する」に触れた。</w:t>
      </w:r>
    </w:p>
    <w:p>
      <w:pPr>
        <w:spacing w:before="60" w:after="100"/>
        <w:ind w:firstLine="0"/>
        <w:jc w:val="center"/>
      </w:pPr>
      <w:r>
        <w:rPr>
          <w:rFonts w:ascii="Yu Mincho" w:hAnsi="Yu Mincho" w:eastAsia="Yu Mincho"/>
          <w:sz w:val="21"/>
        </w:rPr>
        <w:t>死から逃げるためではない。</w:t>
      </w:r>
    </w:p>
    <w:p>
      <w:pPr>
        <w:spacing w:before="60" w:after="100"/>
        <w:ind w:firstLine="0"/>
        <w:jc w:val="center"/>
      </w:pPr>
      <w:r>
        <w:rPr>
          <w:rFonts w:ascii="Yu Mincho" w:hAnsi="Yu Mincho" w:eastAsia="Yu Mincho"/>
          <w:sz w:val="21"/>
        </w:rPr>
        <w:t>永遠に生きるためでもない。</w:t>
      </w:r>
    </w:p>
    <w:p>
      <w:pPr>
        <w:spacing w:before="60" w:after="100"/>
        <w:ind w:firstLine="0"/>
        <w:jc w:val="center"/>
      </w:pPr>
      <w:r>
        <w:rPr>
          <w:rFonts w:ascii="Yu Mincho" w:hAnsi="Yu Mincho" w:eastAsia="Yu Mincho"/>
          <w:sz w:val="21"/>
        </w:rPr>
        <w:t>もう一日だけ、この問いの続きを考えるためだった。</w:t>
      </w:r>
    </w:p>
    <w:p>
      <w:pPr>
        <w:ind w:firstLine="720"/>
        <w:jc w:val="both"/>
      </w:pPr>
      <w:r>
        <w:rPr>
          <w:rFonts w:ascii="Yu Mincho" w:hAnsi="Yu Mincho" w:eastAsia="Yu Mincho"/>
          <w:sz w:val="21"/>
        </w:rPr>
        <w:t>庭の蝉が、いっそう強く鳴いた。</w:t>
      </w:r>
    </w:p>
    <w:p>
      <w:pPr>
        <w:ind w:firstLine="720"/>
        <w:jc w:val="both"/>
      </w:pPr>
      <w:r>
        <w:rPr>
          <w:rFonts w:ascii="Yu Mincho" w:hAnsi="Yu Mincho" w:eastAsia="Yu Mincho"/>
          <w:sz w:val="21"/>
        </w:rPr>
        <w:t>その声は命乞いではなく、限られた時間に目的を与える歌のように聞こえた。</w:t>
      </w:r>
    </w:p>
    <w:sectPr w:rsidR="00FC693F" w:rsidRPr="0006063C" w:rsidSect="00034616">
      <w:footerReference w:type="default" r:id="rId9"/>
      <w:pgSz w:w="12240" w:h="15840"/>
      <w:pgMar w:top="1238" w:right="1440" w:bottom="1181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Yu Mincho" w:hAnsi="Yu Mincho" w:eastAsia="Yu Mincho"/>
        <w:color w:val="787878"/>
        <w:sz w:val="16"/>
      </w:rPr>
      <w:t>短編小説『もう一日だけ』　保存版　2026年9月7日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10" w:line="307" w:lineRule="auto"/>
    </w:pPr>
    <w:rPr>
      <w:rFonts w:ascii="Yu Mincho" w:hAnsi="Yu Mincho" w:eastAsia="Yu Mincho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もう一日だけ</dc:title>
  <dc:subject>寿命を選べる未来における『生』と目的</dc:subject>
  <dc:creator>Machin／AI共同制作</dc:creator>
  <cp:keywords/>
  <dc:description>応募作品へ育てるための保存版叩き台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